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E463" w14:textId="514E14F6" w:rsidR="00892628" w:rsidRPr="00BA714B" w:rsidRDefault="00BA714B" w:rsidP="00BA714B">
      <w:pPr>
        <w:pStyle w:val="Title"/>
        <w:jc w:val="center"/>
        <w:rPr>
          <w:sz w:val="36"/>
          <w:szCs w:val="36"/>
        </w:rPr>
      </w:pPr>
      <w:r w:rsidRPr="00BA714B">
        <w:rPr>
          <w:sz w:val="36"/>
          <w:szCs w:val="36"/>
        </w:rPr>
        <w:t xml:space="preserve">Douglass School </w:t>
      </w:r>
      <w:r w:rsidR="006E55CB" w:rsidRPr="00BA714B">
        <w:rPr>
          <w:sz w:val="36"/>
          <w:szCs w:val="36"/>
        </w:rPr>
        <w:t>Calendar (2026–2027)</w:t>
      </w:r>
    </w:p>
    <w:p w14:paraId="72CD0F01" w14:textId="210885CC" w:rsidR="00BA714B" w:rsidRPr="0062190A" w:rsidRDefault="00BA714B" w:rsidP="00BA714B">
      <w:pPr>
        <w:pStyle w:val="Heading1"/>
        <w:rPr>
          <w:color w:val="auto"/>
        </w:rPr>
      </w:pPr>
      <w:r w:rsidRPr="0062190A">
        <w:rPr>
          <w:color w:val="auto"/>
        </w:rPr>
        <w:t>General information:</w:t>
      </w:r>
    </w:p>
    <w:p w14:paraId="68F545E5" w14:textId="5CC26889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 w:rsidRPr="00BA714B"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School Program Hours: 9:15 a.m.-2:45 p.m.</w:t>
      </w:r>
    </w:p>
    <w:p w14:paraId="5FBF8434" w14:textId="6EC9E290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Early Dismissal: 1:15 p.m.</w:t>
      </w:r>
    </w:p>
    <w:p w14:paraId="110ADF05" w14:textId="3F246E5A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Delayed Opening: 10:00 a.m. staff, 10:30 a.m. students</w:t>
      </w:r>
    </w:p>
    <w:p w14:paraId="68410A30" w14:textId="19A77BC4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First day for students 2026-2027 school year: August 27, 2026 (early dismissal)</w:t>
      </w:r>
    </w:p>
    <w:p w14:paraId="7B61BB66" w14:textId="28A41105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Last day for students 2026-2027 school year: June 11, 2027 (early dismissal)</w:t>
      </w:r>
    </w:p>
    <w:p w14:paraId="29DAC759" w14:textId="6AA84C8C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First day for students Extended School Year (ESY): June 21, 2027</w:t>
      </w:r>
    </w:p>
    <w:p w14:paraId="30B5D758" w14:textId="3491F9B7" w:rsidR="00BA714B" w:rsidRDefault="00BA714B" w:rsidP="00BA714B">
      <w:pPr>
        <w:pStyle w:val="ListParagraph"/>
        <w:widowControl w:val="0"/>
        <w:numPr>
          <w:ilvl w:val="0"/>
          <w:numId w:val="10"/>
        </w:numPr>
        <w:spacing w:after="0" w:line="285" w:lineRule="auto"/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</w:pPr>
      <w:r>
        <w:rPr>
          <w:rFonts w:ascii="Aptos" w:eastAsia="Times New Roman" w:hAnsi="Aptos" w:cs="Calibri"/>
          <w:color w:val="000000"/>
          <w:kern w:val="28"/>
          <w:sz w:val="24"/>
          <w:szCs w:val="24"/>
          <w14:cntxtAlts/>
        </w:rPr>
        <w:t>Last day for students Extended School Year (ESY): August 6, 2027 (early dismissal)</w:t>
      </w:r>
    </w:p>
    <w:p w14:paraId="0FE2C404" w14:textId="0F38CDAF" w:rsidR="00BA714B" w:rsidRPr="0062190A" w:rsidRDefault="00BA714B" w:rsidP="00BA714B">
      <w:pPr>
        <w:pStyle w:val="Heading1"/>
        <w:spacing w:after="120"/>
        <w:rPr>
          <w:color w:val="auto"/>
        </w:rPr>
      </w:pPr>
      <w:r w:rsidRPr="0062190A">
        <w:rPr>
          <w:color w:val="auto"/>
        </w:rPr>
        <w:t>Closures/Schedule Changes for Regular School Year</w:t>
      </w:r>
      <w:r w:rsidR="005162BD" w:rsidRPr="0062190A">
        <w:rPr>
          <w:color w:val="auto"/>
        </w:rPr>
        <w:t xml:space="preserve"> and Extended School Year</w:t>
      </w:r>
      <w:r w:rsidRPr="0062190A">
        <w:rPr>
          <w:color w:val="auto"/>
        </w:rPr>
        <w:t>:</w:t>
      </w:r>
    </w:p>
    <w:p w14:paraId="63454341" w14:textId="3FC59658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August 2026</w:t>
      </w:r>
    </w:p>
    <w:p w14:paraId="73320620" w14:textId="58E19AEC" w:rsidR="00892628" w:rsidRPr="0062190A" w:rsidRDefault="006E55CB" w:rsidP="00BA714B">
      <w:pPr>
        <w:pStyle w:val="ListParagraph"/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 xml:space="preserve">August 7, 2026 — Last Day of </w:t>
      </w:r>
      <w:r w:rsidR="00FB3BE0" w:rsidRPr="0062190A">
        <w:rPr>
          <w:rFonts w:ascii="Aptos" w:hAnsi="Aptos"/>
          <w:sz w:val="24"/>
          <w:szCs w:val="24"/>
        </w:rPr>
        <w:t>ESY</w:t>
      </w:r>
      <w:r w:rsidRPr="0062190A">
        <w:rPr>
          <w:rFonts w:ascii="Aptos" w:hAnsi="Aptos"/>
          <w:sz w:val="24"/>
          <w:szCs w:val="24"/>
        </w:rPr>
        <w:t>; Early Dismissal</w:t>
      </w:r>
    </w:p>
    <w:p w14:paraId="612200F2" w14:textId="0217EDBB" w:rsidR="00892628" w:rsidRPr="0062190A" w:rsidRDefault="006E55CB" w:rsidP="00BA714B">
      <w:pPr>
        <w:pStyle w:val="ListParagraph"/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10–26, 2026 — School Closed</w:t>
      </w:r>
    </w:p>
    <w:p w14:paraId="708B1F8C" w14:textId="273BA635" w:rsidR="00892628" w:rsidRPr="0062190A" w:rsidRDefault="006E55CB" w:rsidP="00BA714B">
      <w:pPr>
        <w:pStyle w:val="ListParagraph"/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24–26, 2026 — School Closed for Staff Training</w:t>
      </w:r>
    </w:p>
    <w:p w14:paraId="244643AF" w14:textId="5E21AD84" w:rsidR="00892628" w:rsidRPr="0062190A" w:rsidRDefault="006E55CB" w:rsidP="00BA714B">
      <w:pPr>
        <w:pStyle w:val="ListParagraph"/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27, 2026 — First Day for Students; Early Dismissal for Staff Training</w:t>
      </w:r>
    </w:p>
    <w:p w14:paraId="369F53F0" w14:textId="5A1B3B51" w:rsidR="00892628" w:rsidRPr="0062190A" w:rsidRDefault="006E55CB" w:rsidP="00BA714B">
      <w:pPr>
        <w:pStyle w:val="ListParagraph"/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28, 2026 — Early Dismissal for Staff Training</w:t>
      </w:r>
    </w:p>
    <w:p w14:paraId="272144E7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September 2026</w:t>
      </w:r>
    </w:p>
    <w:p w14:paraId="425D22D7" w14:textId="06F8E2D0" w:rsidR="00892628" w:rsidRPr="0062190A" w:rsidRDefault="006E55CB" w:rsidP="00BA714B">
      <w:pPr>
        <w:pStyle w:val="ListParagraph"/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September 7, 2026 — Labor Day; School Closed</w:t>
      </w:r>
    </w:p>
    <w:p w14:paraId="0A0E728B" w14:textId="1BEACEBE" w:rsidR="00892628" w:rsidRPr="0062190A" w:rsidRDefault="006E55CB" w:rsidP="00BA714B">
      <w:pPr>
        <w:pStyle w:val="ListParagraph"/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September 21, 2026 — Yom Kippur; School Closed</w:t>
      </w:r>
    </w:p>
    <w:p w14:paraId="0C9B5E43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October 2026</w:t>
      </w:r>
    </w:p>
    <w:p w14:paraId="3F7BF92C" w14:textId="1840DF7A" w:rsidR="00892628" w:rsidRPr="0062190A" w:rsidRDefault="006E55CB" w:rsidP="00BA714B">
      <w:pPr>
        <w:pStyle w:val="ListParagraph"/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October 16, 2026 — Early Dismissal for Staff In-Service</w:t>
      </w:r>
    </w:p>
    <w:p w14:paraId="779E9BCF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November 2026</w:t>
      </w:r>
    </w:p>
    <w:p w14:paraId="1ACC4079" w14:textId="04E74227" w:rsidR="00892628" w:rsidRPr="0062190A" w:rsidRDefault="006E55CB" w:rsidP="00BA714B">
      <w:pPr>
        <w:pStyle w:val="ListParagraph"/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November 25, 2026 — Early Dismissal</w:t>
      </w:r>
    </w:p>
    <w:p w14:paraId="28D22791" w14:textId="528D5555" w:rsidR="00892628" w:rsidRPr="0062190A" w:rsidRDefault="006E55CB" w:rsidP="00BA714B">
      <w:pPr>
        <w:pStyle w:val="ListParagraph"/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November 26–27, 2026 — Thanksgiving Break; School Closed</w:t>
      </w:r>
    </w:p>
    <w:p w14:paraId="63FB6D91" w14:textId="66467AC3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December 2026 – January 2027</w:t>
      </w:r>
    </w:p>
    <w:p w14:paraId="3FA72FD7" w14:textId="6A2200B6" w:rsidR="00892628" w:rsidRPr="0062190A" w:rsidRDefault="006E55CB" w:rsidP="00BA714B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December 23, 2026–January 1, 2027 — Winter Break; School Closed</w:t>
      </w:r>
    </w:p>
    <w:p w14:paraId="20B49021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lastRenderedPageBreak/>
        <w:t>January 2027</w:t>
      </w:r>
    </w:p>
    <w:p w14:paraId="4A09F577" w14:textId="56C7C0DF" w:rsidR="00892628" w:rsidRPr="0062190A" w:rsidRDefault="006E55CB" w:rsidP="00BA714B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 xml:space="preserve">January 15, 2027 — </w:t>
      </w:r>
      <w:r w:rsidRPr="0062190A">
        <w:rPr>
          <w:rFonts w:ascii="Aptos" w:hAnsi="Aptos"/>
          <w:sz w:val="24"/>
          <w:szCs w:val="24"/>
        </w:rPr>
        <w:t>Staff In-Service</w:t>
      </w:r>
      <w:r>
        <w:rPr>
          <w:rFonts w:ascii="Aptos" w:hAnsi="Aptos"/>
          <w:sz w:val="24"/>
          <w:szCs w:val="24"/>
        </w:rPr>
        <w:t>; School Closed</w:t>
      </w:r>
    </w:p>
    <w:p w14:paraId="7B1AA7E6" w14:textId="6AB5D3D1" w:rsidR="00892628" w:rsidRPr="0062190A" w:rsidRDefault="006E55CB" w:rsidP="00BA714B">
      <w:pPr>
        <w:pStyle w:val="ListParagraph"/>
        <w:numPr>
          <w:ilvl w:val="0"/>
          <w:numId w:val="2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January 18, 2027 — Martin Luther King Jr. Day; School Closed</w:t>
      </w:r>
    </w:p>
    <w:p w14:paraId="7538FEFF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February 2027</w:t>
      </w:r>
    </w:p>
    <w:p w14:paraId="269B75B9" w14:textId="63D08179" w:rsidR="00892628" w:rsidRPr="0062190A" w:rsidRDefault="006E55CB" w:rsidP="00BA714B">
      <w:pPr>
        <w:pStyle w:val="ListParagraph"/>
        <w:numPr>
          <w:ilvl w:val="0"/>
          <w:numId w:val="27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February 12, 2027 —</w:t>
      </w:r>
      <w:r w:rsidRPr="0062190A">
        <w:rPr>
          <w:rFonts w:ascii="Aptos" w:hAnsi="Aptos"/>
          <w:sz w:val="24"/>
          <w:szCs w:val="24"/>
        </w:rPr>
        <w:t>Progress Reports</w:t>
      </w:r>
      <w:r>
        <w:rPr>
          <w:rFonts w:ascii="Aptos" w:hAnsi="Aptos"/>
          <w:sz w:val="24"/>
          <w:szCs w:val="24"/>
        </w:rPr>
        <w:t>: Early Dismissal</w:t>
      </w:r>
    </w:p>
    <w:p w14:paraId="35000210" w14:textId="5A64A3CF" w:rsidR="00892628" w:rsidRPr="0062190A" w:rsidRDefault="006E55CB" w:rsidP="00BA714B">
      <w:pPr>
        <w:pStyle w:val="ListParagraph"/>
        <w:numPr>
          <w:ilvl w:val="0"/>
          <w:numId w:val="27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February 15, 2027 — Presidents’ Day; School Closed</w:t>
      </w:r>
    </w:p>
    <w:p w14:paraId="50A1E089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March 2027</w:t>
      </w:r>
    </w:p>
    <w:p w14:paraId="6D2FCF2B" w14:textId="712DEFB1" w:rsidR="00892628" w:rsidRPr="0062190A" w:rsidRDefault="006E55CB" w:rsidP="00BA714B">
      <w:pPr>
        <w:pStyle w:val="ListParagraph"/>
        <w:numPr>
          <w:ilvl w:val="0"/>
          <w:numId w:val="31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March 15–19, 2027 — Spring Break; School Closed</w:t>
      </w:r>
    </w:p>
    <w:p w14:paraId="5E2B97EF" w14:textId="61A6B5F4" w:rsidR="00892628" w:rsidRPr="0062190A" w:rsidRDefault="006E55CB" w:rsidP="00BA714B">
      <w:pPr>
        <w:pStyle w:val="ListParagraph"/>
        <w:numPr>
          <w:ilvl w:val="0"/>
          <w:numId w:val="3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March 26, 2027 — Good Friday; School Closed</w:t>
      </w:r>
    </w:p>
    <w:p w14:paraId="7FE97837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April 2027</w:t>
      </w:r>
    </w:p>
    <w:p w14:paraId="3AB5D2BD" w14:textId="6319DFB9" w:rsidR="00892628" w:rsidRPr="0062190A" w:rsidRDefault="006E55CB" w:rsidP="00BA714B">
      <w:pPr>
        <w:pStyle w:val="ListParagraph"/>
        <w:numPr>
          <w:ilvl w:val="0"/>
          <w:numId w:val="3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April 23, 2027 —</w:t>
      </w:r>
      <w:r w:rsidRPr="0062190A">
        <w:rPr>
          <w:rFonts w:ascii="Aptos" w:hAnsi="Aptos"/>
          <w:sz w:val="24"/>
          <w:szCs w:val="24"/>
        </w:rPr>
        <w:t>Staff In-Service</w:t>
      </w:r>
      <w:r>
        <w:rPr>
          <w:rFonts w:ascii="Aptos" w:hAnsi="Aptos"/>
          <w:sz w:val="24"/>
          <w:szCs w:val="24"/>
        </w:rPr>
        <w:t>; Early Dismissal</w:t>
      </w:r>
    </w:p>
    <w:p w14:paraId="152743AE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May 2027</w:t>
      </w:r>
    </w:p>
    <w:p w14:paraId="1E5C2315" w14:textId="25EEAFB3" w:rsidR="00892628" w:rsidRPr="0062190A" w:rsidRDefault="006E55CB" w:rsidP="00BA714B">
      <w:pPr>
        <w:pStyle w:val="ListParagraph"/>
        <w:numPr>
          <w:ilvl w:val="0"/>
          <w:numId w:val="3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 xml:space="preserve">May 27, 2027 — </w:t>
      </w:r>
      <w:r w:rsidRPr="0062190A">
        <w:rPr>
          <w:rFonts w:ascii="Aptos" w:hAnsi="Aptos"/>
          <w:sz w:val="24"/>
          <w:szCs w:val="24"/>
        </w:rPr>
        <w:t>Progress Reports</w:t>
      </w:r>
      <w:r>
        <w:rPr>
          <w:rFonts w:ascii="Aptos" w:hAnsi="Aptos"/>
          <w:sz w:val="24"/>
          <w:szCs w:val="24"/>
        </w:rPr>
        <w:t>: Early Dismissal</w:t>
      </w:r>
    </w:p>
    <w:p w14:paraId="4FBAB14C" w14:textId="083CB63B" w:rsidR="00892628" w:rsidRPr="0062190A" w:rsidRDefault="006E55CB" w:rsidP="00BA714B">
      <w:pPr>
        <w:pStyle w:val="ListParagraph"/>
        <w:numPr>
          <w:ilvl w:val="0"/>
          <w:numId w:val="3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May 28, 2027 — School Closed</w:t>
      </w:r>
    </w:p>
    <w:p w14:paraId="48309430" w14:textId="6861279D" w:rsidR="00892628" w:rsidRPr="0062190A" w:rsidRDefault="006E55CB" w:rsidP="00BA714B">
      <w:pPr>
        <w:pStyle w:val="ListParagraph"/>
        <w:numPr>
          <w:ilvl w:val="0"/>
          <w:numId w:val="3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May 31, 2027 — Memorial Day; School Closed</w:t>
      </w:r>
    </w:p>
    <w:p w14:paraId="64B6EDF3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June 2027</w:t>
      </w:r>
    </w:p>
    <w:p w14:paraId="171D796C" w14:textId="490DB454" w:rsidR="005162BD" w:rsidRPr="0062190A" w:rsidRDefault="006E55CB" w:rsidP="00BA714B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 xml:space="preserve">June 11, 2027 — Last Day of </w:t>
      </w:r>
      <w:r w:rsidR="005162BD" w:rsidRPr="0062190A">
        <w:rPr>
          <w:rFonts w:ascii="Aptos" w:hAnsi="Aptos"/>
          <w:sz w:val="24"/>
          <w:szCs w:val="24"/>
        </w:rPr>
        <w:t>regular school year</w:t>
      </w:r>
      <w:r>
        <w:rPr>
          <w:rFonts w:ascii="Aptos" w:hAnsi="Aptos"/>
          <w:sz w:val="24"/>
          <w:szCs w:val="24"/>
        </w:rPr>
        <w:t>; Early D</w:t>
      </w:r>
      <w:r w:rsidR="005162BD" w:rsidRPr="0062190A">
        <w:rPr>
          <w:rFonts w:ascii="Aptos" w:hAnsi="Aptos"/>
          <w:sz w:val="24"/>
          <w:szCs w:val="24"/>
        </w:rPr>
        <w:t>ismissal</w:t>
      </w:r>
    </w:p>
    <w:p w14:paraId="4536F98E" w14:textId="6A9CA972" w:rsidR="00892628" w:rsidRPr="0062190A" w:rsidRDefault="006E55CB" w:rsidP="00BA714B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June 14–18, 2027 — Summer Break and Juneteenth; School Closed</w:t>
      </w:r>
    </w:p>
    <w:p w14:paraId="69108F4E" w14:textId="1BF47CFA" w:rsidR="00892628" w:rsidRPr="0062190A" w:rsidRDefault="006E55CB" w:rsidP="00BA714B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June 21, 2027 — First Day of ESY (Extended School Year)</w:t>
      </w:r>
    </w:p>
    <w:p w14:paraId="031AD5D9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July 2027</w:t>
      </w:r>
    </w:p>
    <w:p w14:paraId="378A9078" w14:textId="5B89D75C" w:rsidR="00892628" w:rsidRPr="0062190A" w:rsidRDefault="006E55CB" w:rsidP="00BA714B">
      <w:pPr>
        <w:pStyle w:val="ListParagraph"/>
        <w:numPr>
          <w:ilvl w:val="0"/>
          <w:numId w:val="4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July 5, 2027 — Independence Day; School Closed</w:t>
      </w:r>
    </w:p>
    <w:p w14:paraId="59D50CA2" w14:textId="00A6ECD6" w:rsidR="00892628" w:rsidRPr="0062190A" w:rsidRDefault="006E55CB" w:rsidP="00BA714B">
      <w:pPr>
        <w:pStyle w:val="ListParagraph"/>
        <w:numPr>
          <w:ilvl w:val="0"/>
          <w:numId w:val="40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 xml:space="preserve">July 16, 2027 — </w:t>
      </w:r>
      <w:r w:rsidRPr="0062190A">
        <w:rPr>
          <w:rFonts w:ascii="Aptos" w:hAnsi="Aptos"/>
          <w:sz w:val="24"/>
          <w:szCs w:val="24"/>
        </w:rPr>
        <w:t>Progress Reports</w:t>
      </w:r>
      <w:r>
        <w:rPr>
          <w:rFonts w:ascii="Aptos" w:hAnsi="Aptos"/>
          <w:sz w:val="24"/>
          <w:szCs w:val="24"/>
        </w:rPr>
        <w:t>: Early Dismissal</w:t>
      </w:r>
    </w:p>
    <w:p w14:paraId="420A7284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August 2027</w:t>
      </w:r>
    </w:p>
    <w:p w14:paraId="25D7F817" w14:textId="22612C71" w:rsidR="00892628" w:rsidRPr="0062190A" w:rsidRDefault="006E55CB" w:rsidP="00BA714B">
      <w:pPr>
        <w:pStyle w:val="ListParagraph"/>
        <w:numPr>
          <w:ilvl w:val="0"/>
          <w:numId w:val="4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6, 2027 — Last Day of ESY; Early Dismissal</w:t>
      </w:r>
    </w:p>
    <w:p w14:paraId="69553E6E" w14:textId="6FC04D43" w:rsidR="00892628" w:rsidRPr="0062190A" w:rsidRDefault="006E55CB" w:rsidP="00BA714B">
      <w:pPr>
        <w:pStyle w:val="ListParagraph"/>
        <w:numPr>
          <w:ilvl w:val="0"/>
          <w:numId w:val="4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9–25, 2027 — School Closed</w:t>
      </w:r>
    </w:p>
    <w:p w14:paraId="0648E505" w14:textId="6A55A8E7" w:rsidR="00892628" w:rsidRPr="0062190A" w:rsidRDefault="006E55CB" w:rsidP="00BA714B">
      <w:pPr>
        <w:pStyle w:val="ListParagraph"/>
        <w:numPr>
          <w:ilvl w:val="0"/>
          <w:numId w:val="4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 xml:space="preserve">August 23–25, 2027 — </w:t>
      </w:r>
      <w:r w:rsidRPr="0062190A">
        <w:rPr>
          <w:rFonts w:ascii="Aptos" w:hAnsi="Aptos"/>
          <w:sz w:val="24"/>
          <w:szCs w:val="24"/>
        </w:rPr>
        <w:t>Staff In-Service</w:t>
      </w:r>
      <w:r>
        <w:rPr>
          <w:rFonts w:ascii="Aptos" w:hAnsi="Aptos"/>
          <w:sz w:val="24"/>
          <w:szCs w:val="24"/>
        </w:rPr>
        <w:t>; School Closed</w:t>
      </w:r>
    </w:p>
    <w:p w14:paraId="3586A93D" w14:textId="423162D5" w:rsidR="00892628" w:rsidRPr="0062190A" w:rsidRDefault="006E55CB" w:rsidP="00BA714B">
      <w:pPr>
        <w:pStyle w:val="ListParagraph"/>
        <w:numPr>
          <w:ilvl w:val="0"/>
          <w:numId w:val="4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26, 2027 — First Day for Students; Early Dismissal for Staff Training</w:t>
      </w:r>
    </w:p>
    <w:p w14:paraId="0A175A63" w14:textId="64EE0271" w:rsidR="00892628" w:rsidRPr="0062190A" w:rsidRDefault="006E55CB" w:rsidP="00BA714B">
      <w:pPr>
        <w:pStyle w:val="ListParagraph"/>
        <w:numPr>
          <w:ilvl w:val="0"/>
          <w:numId w:val="43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August 27, 2027 —</w:t>
      </w:r>
      <w:r w:rsidRPr="0062190A">
        <w:rPr>
          <w:rFonts w:ascii="Aptos" w:hAnsi="Aptos"/>
          <w:sz w:val="24"/>
          <w:szCs w:val="24"/>
        </w:rPr>
        <w:t>Staff Training</w:t>
      </w:r>
      <w:r>
        <w:rPr>
          <w:rFonts w:ascii="Aptos" w:hAnsi="Aptos"/>
          <w:sz w:val="24"/>
          <w:szCs w:val="24"/>
        </w:rPr>
        <w:t>; Early Dismissal</w:t>
      </w:r>
    </w:p>
    <w:p w14:paraId="59A6B672" w14:textId="77777777" w:rsidR="00892628" w:rsidRPr="0062190A" w:rsidRDefault="006E55CB" w:rsidP="0062190A">
      <w:pPr>
        <w:pStyle w:val="Heading2"/>
        <w:rPr>
          <w:color w:val="auto"/>
        </w:rPr>
      </w:pPr>
      <w:r w:rsidRPr="0062190A">
        <w:rPr>
          <w:color w:val="auto"/>
        </w:rPr>
        <w:t>September 2027</w:t>
      </w:r>
    </w:p>
    <w:p w14:paraId="6BB22348" w14:textId="1360182E" w:rsidR="00892628" w:rsidRPr="0062190A" w:rsidRDefault="006E55CB" w:rsidP="00BA714B">
      <w:pPr>
        <w:pStyle w:val="ListParagraph"/>
        <w:numPr>
          <w:ilvl w:val="0"/>
          <w:numId w:val="47"/>
        </w:numPr>
        <w:rPr>
          <w:rFonts w:ascii="Aptos" w:hAnsi="Aptos"/>
          <w:sz w:val="24"/>
          <w:szCs w:val="24"/>
        </w:rPr>
      </w:pPr>
      <w:r w:rsidRPr="0062190A">
        <w:rPr>
          <w:rFonts w:ascii="Aptos" w:hAnsi="Aptos"/>
          <w:sz w:val="24"/>
          <w:szCs w:val="24"/>
        </w:rPr>
        <w:t>September 6, 2027 — Labor Day; School Closed</w:t>
      </w:r>
    </w:p>
    <w:p w14:paraId="68332F88" w14:textId="59FAFD98" w:rsidR="002E3E42" w:rsidRDefault="005162BD" w:rsidP="005162BD">
      <w:pPr>
        <w:pStyle w:val="Heading1"/>
      </w:pPr>
      <w:r w:rsidRPr="0062190A">
        <w:rPr>
          <w:color w:val="auto"/>
        </w:rPr>
        <w:lastRenderedPageBreak/>
        <w:t xml:space="preserve">Days that will be added as extra school days in the event of inclement weather closing school </w:t>
      </w:r>
      <w:r w:rsidR="006E55CB" w:rsidRPr="0062190A">
        <w:rPr>
          <w:color w:val="auto"/>
        </w:rPr>
        <w:t>more than</w:t>
      </w:r>
      <w:r w:rsidRPr="0062190A">
        <w:rPr>
          <w:color w:val="auto"/>
        </w:rPr>
        <w:t xml:space="preserve"> 4 days</w:t>
      </w:r>
      <w:r>
        <w:t>:</w:t>
      </w:r>
    </w:p>
    <w:p w14:paraId="36F11846" w14:textId="4A53FE10" w:rsidR="005162BD" w:rsidRDefault="00EA00A4" w:rsidP="005162BD">
      <w:pPr>
        <w:pStyle w:val="ListParagraph"/>
        <w:numPr>
          <w:ilvl w:val="0"/>
          <w:numId w:val="27"/>
        </w:numPr>
        <w:rPr>
          <w:rFonts w:ascii="Aptos" w:hAnsi="Aptos"/>
          <w:sz w:val="24"/>
          <w:szCs w:val="24"/>
        </w:rPr>
      </w:pPr>
      <w:r w:rsidRPr="00EA00A4">
        <w:rPr>
          <w:rFonts w:ascii="Calibri" w:eastAsia="Times New Roman" w:hAnsi="Calibri" w:cs="Calibri"/>
          <w:color w:val="000000"/>
          <w:kern w:val="28"/>
          <w:sz w:val="20"/>
          <w:szCs w:val="20"/>
          <w14:cntxtAlts/>
        </w:rPr>
        <w:t> </w:t>
      </w:r>
      <w:r w:rsidR="005162BD" w:rsidRPr="00BA714B">
        <w:rPr>
          <w:rFonts w:ascii="Aptos" w:hAnsi="Aptos"/>
          <w:sz w:val="24"/>
          <w:szCs w:val="24"/>
        </w:rPr>
        <w:t>February 15, 2027</w:t>
      </w:r>
      <w:r w:rsidR="005162BD">
        <w:rPr>
          <w:rFonts w:ascii="Aptos" w:hAnsi="Aptos"/>
          <w:sz w:val="24"/>
          <w:szCs w:val="24"/>
        </w:rPr>
        <w:t xml:space="preserve">- </w:t>
      </w:r>
      <w:r w:rsidR="005162BD" w:rsidRPr="00BA714B">
        <w:rPr>
          <w:rFonts w:ascii="Aptos" w:hAnsi="Aptos"/>
          <w:sz w:val="24"/>
          <w:szCs w:val="24"/>
        </w:rPr>
        <w:t>Presidents’ Day</w:t>
      </w:r>
    </w:p>
    <w:p w14:paraId="04F76D80" w14:textId="2E019DFE" w:rsidR="005162BD" w:rsidRPr="00BA714B" w:rsidRDefault="005162BD" w:rsidP="005162BD">
      <w:pPr>
        <w:pStyle w:val="ListParagraph"/>
        <w:numPr>
          <w:ilvl w:val="0"/>
          <w:numId w:val="27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March 26, 2027 - </w:t>
      </w:r>
      <w:r w:rsidRPr="00BA714B">
        <w:rPr>
          <w:rFonts w:ascii="Aptos" w:hAnsi="Aptos"/>
          <w:sz w:val="24"/>
          <w:szCs w:val="24"/>
        </w:rPr>
        <w:t>Good Friday</w:t>
      </w:r>
    </w:p>
    <w:p w14:paraId="5E614F3E" w14:textId="5A3D0527" w:rsidR="00EA00A4" w:rsidRPr="00EA00A4" w:rsidRDefault="00EA00A4" w:rsidP="00BA714B">
      <w:pPr>
        <w:widowControl w:val="0"/>
        <w:spacing w:after="12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14:cntxtAlts/>
        </w:rPr>
      </w:pPr>
    </w:p>
    <w:p w14:paraId="526CF0FC" w14:textId="77777777" w:rsidR="002E3E42" w:rsidRPr="002E3E42" w:rsidRDefault="002E3E42">
      <w:pPr>
        <w:rPr>
          <w:sz w:val="24"/>
          <w:szCs w:val="24"/>
        </w:rPr>
      </w:pPr>
    </w:p>
    <w:sectPr w:rsidR="002E3E42" w:rsidRPr="002E3E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F7BE7"/>
    <w:multiLevelType w:val="hybridMultilevel"/>
    <w:tmpl w:val="89A28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E0041A"/>
    <w:multiLevelType w:val="hybridMultilevel"/>
    <w:tmpl w:val="D2B4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E83C3F"/>
    <w:multiLevelType w:val="hybridMultilevel"/>
    <w:tmpl w:val="F984CC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6383832"/>
    <w:multiLevelType w:val="hybridMultilevel"/>
    <w:tmpl w:val="3F7A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F5C88"/>
    <w:multiLevelType w:val="hybridMultilevel"/>
    <w:tmpl w:val="1B88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EB2954"/>
    <w:multiLevelType w:val="hybridMultilevel"/>
    <w:tmpl w:val="77AC9F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9423142"/>
    <w:multiLevelType w:val="hybridMultilevel"/>
    <w:tmpl w:val="A18ADDF4"/>
    <w:lvl w:ilvl="0" w:tplc="53AE958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F0AFC"/>
    <w:multiLevelType w:val="hybridMultilevel"/>
    <w:tmpl w:val="247626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1C650F8E"/>
    <w:multiLevelType w:val="hybridMultilevel"/>
    <w:tmpl w:val="F812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525AD"/>
    <w:multiLevelType w:val="hybridMultilevel"/>
    <w:tmpl w:val="1298C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F24B8"/>
    <w:multiLevelType w:val="hybridMultilevel"/>
    <w:tmpl w:val="DE5CFB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17C463E"/>
    <w:multiLevelType w:val="hybridMultilevel"/>
    <w:tmpl w:val="1090C1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4FA4B39"/>
    <w:multiLevelType w:val="hybridMultilevel"/>
    <w:tmpl w:val="F77AAB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5D93FD0"/>
    <w:multiLevelType w:val="hybridMultilevel"/>
    <w:tmpl w:val="30B6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57CC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E7798C"/>
    <w:multiLevelType w:val="hybridMultilevel"/>
    <w:tmpl w:val="A70059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2A5F29DA"/>
    <w:multiLevelType w:val="hybridMultilevel"/>
    <w:tmpl w:val="FCC815B0"/>
    <w:lvl w:ilvl="0" w:tplc="53AE958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E0A8A"/>
    <w:multiLevelType w:val="hybridMultilevel"/>
    <w:tmpl w:val="1D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893B18"/>
    <w:multiLevelType w:val="hybridMultilevel"/>
    <w:tmpl w:val="41142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227A69"/>
    <w:multiLevelType w:val="hybridMultilevel"/>
    <w:tmpl w:val="B676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435518"/>
    <w:multiLevelType w:val="hybridMultilevel"/>
    <w:tmpl w:val="664CE0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7673147"/>
    <w:multiLevelType w:val="hybridMultilevel"/>
    <w:tmpl w:val="3B5CB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EB571D"/>
    <w:multiLevelType w:val="hybridMultilevel"/>
    <w:tmpl w:val="7AF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4D702D"/>
    <w:multiLevelType w:val="hybridMultilevel"/>
    <w:tmpl w:val="80829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D80250"/>
    <w:multiLevelType w:val="hybridMultilevel"/>
    <w:tmpl w:val="E90872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7524F30"/>
    <w:multiLevelType w:val="hybridMultilevel"/>
    <w:tmpl w:val="1BA25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3251B2"/>
    <w:multiLevelType w:val="hybridMultilevel"/>
    <w:tmpl w:val="32BA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6C7F60"/>
    <w:multiLevelType w:val="hybridMultilevel"/>
    <w:tmpl w:val="8FAC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E57142"/>
    <w:multiLevelType w:val="hybridMultilevel"/>
    <w:tmpl w:val="6A024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60CA6"/>
    <w:multiLevelType w:val="hybridMultilevel"/>
    <w:tmpl w:val="FB941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7746B"/>
    <w:multiLevelType w:val="hybridMultilevel"/>
    <w:tmpl w:val="FE302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4077B3"/>
    <w:multiLevelType w:val="hybridMultilevel"/>
    <w:tmpl w:val="CD18C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80137"/>
    <w:multiLevelType w:val="hybridMultilevel"/>
    <w:tmpl w:val="95A08A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E447C91"/>
    <w:multiLevelType w:val="hybridMultilevel"/>
    <w:tmpl w:val="51601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D2203"/>
    <w:multiLevelType w:val="hybridMultilevel"/>
    <w:tmpl w:val="275C79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3415136"/>
    <w:multiLevelType w:val="hybridMultilevel"/>
    <w:tmpl w:val="8DAEB812"/>
    <w:lvl w:ilvl="0" w:tplc="53AE958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D15ED6"/>
    <w:multiLevelType w:val="hybridMultilevel"/>
    <w:tmpl w:val="068C6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043DED"/>
    <w:multiLevelType w:val="hybridMultilevel"/>
    <w:tmpl w:val="002E32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8AF151B"/>
    <w:multiLevelType w:val="hybridMultilevel"/>
    <w:tmpl w:val="D6E8FD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98402C3"/>
    <w:multiLevelType w:val="hybridMultilevel"/>
    <w:tmpl w:val="4B3CA4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52003482">
    <w:abstractNumId w:val="8"/>
  </w:num>
  <w:num w:numId="2" w16cid:durableId="2000572535">
    <w:abstractNumId w:val="6"/>
  </w:num>
  <w:num w:numId="3" w16cid:durableId="307982052">
    <w:abstractNumId w:val="5"/>
  </w:num>
  <w:num w:numId="4" w16cid:durableId="1691565718">
    <w:abstractNumId w:val="4"/>
  </w:num>
  <w:num w:numId="5" w16cid:durableId="956989293">
    <w:abstractNumId w:val="7"/>
  </w:num>
  <w:num w:numId="6" w16cid:durableId="2027753510">
    <w:abstractNumId w:val="3"/>
  </w:num>
  <w:num w:numId="7" w16cid:durableId="1934624466">
    <w:abstractNumId w:val="2"/>
  </w:num>
  <w:num w:numId="8" w16cid:durableId="494342665">
    <w:abstractNumId w:val="1"/>
  </w:num>
  <w:num w:numId="9" w16cid:durableId="2070228635">
    <w:abstractNumId w:val="0"/>
  </w:num>
  <w:num w:numId="10" w16cid:durableId="1977906614">
    <w:abstractNumId w:val="10"/>
  </w:num>
  <w:num w:numId="11" w16cid:durableId="133789928">
    <w:abstractNumId w:val="18"/>
  </w:num>
  <w:num w:numId="12" w16cid:durableId="1107892075">
    <w:abstractNumId w:val="24"/>
  </w:num>
  <w:num w:numId="13" w16cid:durableId="1653753473">
    <w:abstractNumId w:val="43"/>
  </w:num>
  <w:num w:numId="14" w16cid:durableId="1263301420">
    <w:abstractNumId w:val="26"/>
  </w:num>
  <w:num w:numId="15" w16cid:durableId="435946552">
    <w:abstractNumId w:val="33"/>
  </w:num>
  <w:num w:numId="16" w16cid:durableId="747506722">
    <w:abstractNumId w:val="17"/>
  </w:num>
  <w:num w:numId="17" w16cid:durableId="609123968">
    <w:abstractNumId w:val="15"/>
  </w:num>
  <w:num w:numId="18" w16cid:durableId="1548837634">
    <w:abstractNumId w:val="22"/>
  </w:num>
  <w:num w:numId="19" w16cid:durableId="1010179633">
    <w:abstractNumId w:val="44"/>
  </w:num>
  <w:num w:numId="20" w16cid:durableId="641545625">
    <w:abstractNumId w:val="46"/>
  </w:num>
  <w:num w:numId="21" w16cid:durableId="1119374989">
    <w:abstractNumId w:val="28"/>
  </w:num>
  <w:num w:numId="22" w16cid:durableId="725684150">
    <w:abstractNumId w:val="40"/>
  </w:num>
  <w:num w:numId="23" w16cid:durableId="2038726646">
    <w:abstractNumId w:val="37"/>
  </w:num>
  <w:num w:numId="24" w16cid:durableId="1821189928">
    <w:abstractNumId w:val="38"/>
  </w:num>
  <w:num w:numId="25" w16cid:durableId="91322099">
    <w:abstractNumId w:val="16"/>
  </w:num>
  <w:num w:numId="26" w16cid:durableId="253363345">
    <w:abstractNumId w:val="42"/>
  </w:num>
  <w:num w:numId="27" w16cid:durableId="1838960660">
    <w:abstractNumId w:val="36"/>
  </w:num>
  <w:num w:numId="28" w16cid:durableId="1626429866">
    <w:abstractNumId w:val="12"/>
  </w:num>
  <w:num w:numId="29" w16cid:durableId="900555826">
    <w:abstractNumId w:val="21"/>
  </w:num>
  <w:num w:numId="30" w16cid:durableId="535000446">
    <w:abstractNumId w:val="27"/>
  </w:num>
  <w:num w:numId="31" w16cid:durableId="1385375797">
    <w:abstractNumId w:val="30"/>
  </w:num>
  <w:num w:numId="32" w16cid:durableId="702559344">
    <w:abstractNumId w:val="41"/>
  </w:num>
  <w:num w:numId="33" w16cid:durableId="1361591013">
    <w:abstractNumId w:val="19"/>
  </w:num>
  <w:num w:numId="34" w16cid:durableId="206068252">
    <w:abstractNumId w:val="32"/>
  </w:num>
  <w:num w:numId="35" w16cid:durableId="142433079">
    <w:abstractNumId w:val="23"/>
  </w:num>
  <w:num w:numId="36" w16cid:durableId="1430084124">
    <w:abstractNumId w:val="25"/>
  </w:num>
  <w:num w:numId="37" w16cid:durableId="8605178">
    <w:abstractNumId w:val="29"/>
  </w:num>
  <w:num w:numId="38" w16cid:durableId="1748728603">
    <w:abstractNumId w:val="11"/>
  </w:num>
  <w:num w:numId="39" w16cid:durableId="133956310">
    <w:abstractNumId w:val="47"/>
  </w:num>
  <w:num w:numId="40" w16cid:durableId="409734568">
    <w:abstractNumId w:val="9"/>
  </w:num>
  <w:num w:numId="41" w16cid:durableId="906963204">
    <w:abstractNumId w:val="31"/>
  </w:num>
  <w:num w:numId="42" w16cid:durableId="1836922355">
    <w:abstractNumId w:val="45"/>
  </w:num>
  <w:num w:numId="43" w16cid:durableId="348020864">
    <w:abstractNumId w:val="34"/>
  </w:num>
  <w:num w:numId="44" w16cid:durableId="1585728131">
    <w:abstractNumId w:val="35"/>
  </w:num>
  <w:num w:numId="45" w16cid:durableId="971592930">
    <w:abstractNumId w:val="20"/>
  </w:num>
  <w:num w:numId="46" w16cid:durableId="1562323503">
    <w:abstractNumId w:val="14"/>
  </w:num>
  <w:num w:numId="47" w16cid:durableId="670377401">
    <w:abstractNumId w:val="39"/>
  </w:num>
  <w:num w:numId="48" w16cid:durableId="10237450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3E42"/>
    <w:rsid w:val="00326F90"/>
    <w:rsid w:val="003762BB"/>
    <w:rsid w:val="005162BD"/>
    <w:rsid w:val="00603461"/>
    <w:rsid w:val="0062190A"/>
    <w:rsid w:val="006E55CB"/>
    <w:rsid w:val="007055C2"/>
    <w:rsid w:val="00892628"/>
    <w:rsid w:val="00897DF0"/>
    <w:rsid w:val="00AA1D8D"/>
    <w:rsid w:val="00B47730"/>
    <w:rsid w:val="00BA714B"/>
    <w:rsid w:val="00CB0664"/>
    <w:rsid w:val="00EA00A4"/>
    <w:rsid w:val="00F47F83"/>
    <w:rsid w:val="00FB3B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5D9E40"/>
  <w14:defaultImageDpi w14:val="300"/>
  <w15:docId w15:val="{55BA67A1-2CFE-4C95-8919-2B389255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Catriona Francis</cp:lastModifiedBy>
  <cp:revision>4</cp:revision>
  <dcterms:created xsi:type="dcterms:W3CDTF">2026-02-17T13:05:00Z</dcterms:created>
  <dcterms:modified xsi:type="dcterms:W3CDTF">2026-02-17T15:27:00Z</dcterms:modified>
  <cp:category/>
</cp:coreProperties>
</file>